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drawing>
                <wp:inline xmlns:a="http://schemas.openxmlformats.org/drawingml/2006/main" xmlns:pic="http://schemas.openxmlformats.org/drawingml/2006/picture">
                  <wp:extent cx="914400" cy="706338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CERAX-03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0633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12"/>
          </w:tcPr>
          <w:p>
            <w:r>
              <w:rPr>
                <w:b/>
              </w:rPr>
              <w:t>Checklist de especificación · Estrobos de cable de acero (ASME B30.9)</w:t>
            </w:r>
          </w:p>
          <w:p>
            <w:r>
              <w:t>Completa los campos para recibir tu cotización rápida. Stock en Ecatepec y envíos a todo México.</w:t>
            </w:r>
          </w:p>
        </w:tc>
      </w:tr>
    </w:tbl>
    <w:p>
      <w:r>
        <w:rPr>
          <w:b/>
        </w:rPr>
        <w:t>1) Datos de contacto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Nombre</w:t>
            </w:r>
          </w:p>
        </w:tc>
        <w:tc>
          <w:tcPr>
            <w:tcW w:type="dxa" w:w="3408"/>
          </w:tcPr>
          <w:p>
            <w:r>
              <w:t>Correo</w:t>
            </w:r>
          </w:p>
        </w:tc>
        <w:tc>
          <w:tcPr>
            <w:tcW w:type="dxa" w:w="3408"/>
          </w:tcPr>
          <w:p>
            <w:r>
              <w:t>Teléfono</w:t>
            </w:r>
          </w:p>
        </w:tc>
      </w:tr>
      <w:tr>
        <w:tc>
          <w:tcPr>
            <w:tcW w:type="dxa" w:w="3408"/>
          </w:tcPr>
          <w:p>
            <w:r>
              <w:t>____ Nombre y apellidos</w:t>
            </w:r>
          </w:p>
        </w:tc>
        <w:tc>
          <w:tcPr>
            <w:tcW w:type="dxa" w:w="3408"/>
          </w:tcPr>
          <w:p>
            <w:r>
              <w:t>____ correo@empresa.com</w:t>
            </w:r>
          </w:p>
        </w:tc>
        <w:tc>
          <w:tcPr>
            <w:tcW w:type="dxa" w:w="3408"/>
          </w:tcPr>
          <w:p>
            <w:r>
              <w:t>____ 10 dígitos</w:t>
            </w:r>
          </w:p>
        </w:tc>
      </w:tr>
    </w:tbl>
    <w:p/>
    <w:p>
      <w:r>
        <w:rPr>
          <w:b/>
        </w:rPr>
        <w:t>2) Especificación del estrobo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Construcción del cable</w:t>
            </w:r>
          </w:p>
        </w:tc>
        <w:tc>
          <w:tcPr>
            <w:tcW w:type="dxa" w:w="3408"/>
          </w:tcPr>
          <w:p>
            <w:r>
              <w:t>Ø del cable</w:t>
            </w:r>
          </w:p>
        </w:tc>
        <w:tc>
          <w:tcPr>
            <w:tcW w:type="dxa" w:w="3408"/>
          </w:tcPr>
          <w:p>
            <w:r>
              <w:t>Alma</w:t>
            </w:r>
          </w:p>
        </w:tc>
      </w:tr>
      <w:tr>
        <w:tc>
          <w:tcPr>
            <w:tcW w:type="dxa" w:w="3408"/>
          </w:tcPr>
          <w:p>
            <w:r>
              <w:t>____ 6×19, 6×36…</w:t>
            </w:r>
          </w:p>
        </w:tc>
        <w:tc>
          <w:tcPr>
            <w:tcW w:type="dxa" w:w="3408"/>
          </w:tcPr>
          <w:p>
            <w:r>
              <w:t>____ mm o pulgadas</w:t>
            </w:r>
          </w:p>
        </w:tc>
        <w:tc>
          <w:tcPr>
            <w:tcW w:type="dxa" w:w="3408"/>
          </w:tcPr>
          <w:p>
            <w:r>
              <w:t>____ IWRC / FC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Longitud PA–PA</w:t>
            </w:r>
          </w:p>
        </w:tc>
        <w:tc>
          <w:tcPr>
            <w:tcW w:type="dxa" w:w="3408"/>
          </w:tcPr>
          <w:p>
            <w:r>
              <w:t>Terminación</w:t>
            </w:r>
          </w:p>
        </w:tc>
        <w:tc>
          <w:tcPr>
            <w:tcW w:type="dxa" w:w="3408"/>
          </w:tcPr>
          <w:p>
            <w:r>
              <w:t>Configuración prevista</w:t>
            </w:r>
          </w:p>
        </w:tc>
      </w:tr>
      <w:tr>
        <w:tc>
          <w:tcPr>
            <w:tcW w:type="dxa" w:w="3408"/>
          </w:tcPr>
          <w:p>
            <w:r>
              <w:t>____ m o ft</w:t>
            </w:r>
          </w:p>
        </w:tc>
        <w:tc>
          <w:tcPr>
            <w:tcW w:type="dxa" w:w="3408"/>
          </w:tcPr>
          <w:p>
            <w:r>
              <w:t>____ Ojos/socket/rozaderas</w:t>
            </w:r>
          </w:p>
        </w:tc>
        <w:tc>
          <w:tcPr>
            <w:tcW w:type="dxa" w:w="3408"/>
          </w:tcPr>
          <w:p>
            <w:r>
              <w:t>____ Vertical / En “u” / Enlazada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Capacidad requerida</w:t>
            </w:r>
          </w:p>
        </w:tc>
        <w:tc>
          <w:tcPr>
            <w:tcW w:type="dxa" w:w="3408"/>
          </w:tcPr>
          <w:p>
            <w:r>
              <w:t>Ambiente</w:t>
            </w:r>
          </w:p>
        </w:tc>
        <w:tc>
          <w:tcPr>
            <w:tcW w:type="dxa" w:w="3408"/>
          </w:tcPr>
          <w:p>
            <w:r>
              <w:t>Relación D/d</w:t>
            </w:r>
          </w:p>
        </w:tc>
      </w:tr>
      <w:tr>
        <w:tc>
          <w:tcPr>
            <w:tcW w:type="dxa" w:w="3408"/>
          </w:tcPr>
          <w:p>
            <w:r>
              <w:t>____ t o kg</w:t>
            </w:r>
          </w:p>
        </w:tc>
        <w:tc>
          <w:tcPr>
            <w:tcW w:type="dxa" w:w="3408"/>
          </w:tcPr>
          <w:p>
            <w:r>
              <w:t>____ Temperatura/corrosión</w:t>
            </w:r>
          </w:p>
        </w:tc>
        <w:tc>
          <w:tcPr>
            <w:tcW w:type="dxa" w:w="3408"/>
          </w:tcPr>
          <w:p>
            <w:r>
              <w:t>____ Si aplica</w:t>
            </w:r>
          </w:p>
        </w:tc>
      </w:tr>
    </w:tbl>
    <w:p/>
    <w:p>
      <w:r>
        <w:rPr>
          <w:b/>
        </w:rPr>
        <w:t>3) Identificación y trazabilidad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Número de serie / ID (si reemplazo)</w:t>
            </w:r>
          </w:p>
        </w:tc>
        <w:tc>
          <w:tcPr>
            <w:tcW w:type="dxa" w:w="3408"/>
          </w:tcPr>
          <w:p>
            <w:r>
              <w:t>Uso previsto</w:t>
            </w:r>
          </w:p>
        </w:tc>
        <w:tc>
          <w:tcPr>
            <w:tcW w:type="dxa" w:w="3408"/>
          </w:tcPr>
          <w:p>
            <w:r>
              <w:t>Adjuntos</w:t>
            </w:r>
          </w:p>
        </w:tc>
      </w:tr>
      <w:tr>
        <w:tc>
          <w:tcPr>
            <w:tcW w:type="dxa" w:w="3408"/>
          </w:tcPr>
          <w:p>
            <w:r>
              <w:t>____ Escribe o adjunta foto</w:t>
            </w:r>
          </w:p>
        </w:tc>
        <w:tc>
          <w:tcPr>
            <w:tcW w:type="dxa" w:w="3408"/>
          </w:tcPr>
          <w:p>
            <w:r>
              <w:t>____ Descripción de la maniobra</w:t>
            </w:r>
          </w:p>
        </w:tc>
        <w:tc>
          <w:tcPr>
            <w:tcW w:type="dxa" w:w="3408"/>
          </w:tcPr>
          <w:p>
            <w:r>
              <w:t>____ Enlace a fotos/planos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Observaciones</w:t>
            </w:r>
          </w:p>
        </w:tc>
        <w:tc>
          <w:tcPr>
            <w:tcW w:type="dxa" w:w="3408"/>
          </w:tcPr>
          <w:p>
            <w:r/>
          </w:p>
        </w:tc>
        <w:tc>
          <w:tcPr>
            <w:tcW w:type="dxa" w:w="3408"/>
          </w:tcPr>
          <w:p>
            <w:r/>
          </w:p>
        </w:tc>
      </w:tr>
      <w:tr>
        <w:tc>
          <w:tcPr>
            <w:tcW w:type="dxa" w:w="3408"/>
          </w:tcPr>
          <w:p>
            <w:r>
              <w:t>____ Requisitos especiales, accesorios, etc.</w:t>
            </w:r>
          </w:p>
        </w:tc>
        <w:tc>
          <w:tcPr>
            <w:tcW w:type="dxa" w:w="3408"/>
          </w:tcPr>
          <w:p>
            <w:r>
              <w:t xml:space="preserve">____ </w:t>
            </w:r>
          </w:p>
        </w:tc>
        <w:tc>
          <w:tcPr>
            <w:tcW w:type="dxa" w:w="3408"/>
          </w:tcPr>
          <w:p>
            <w:r>
              <w:t xml:space="preserve">____ </w:t>
            </w:r>
          </w:p>
        </w:tc>
      </w:tr>
    </w:tbl>
    <w:p/>
    <w:p>
      <w:r>
        <w:rPr>
          <w:b/>
        </w:rPr>
        <w:t>4) Recordatorio B30.9</w:t>
      </w:r>
    </w:p>
    <w:p>
      <w:pPr>
        <w:pStyle w:val="ListBullet"/>
      </w:pPr>
      <w:r>
        <w:t>La etiqueta debe indicar: capacidades por configuración, fabricante, tipo/tamaño/Ø, longitud PA–PA, número de serie.</w:t>
      </w:r>
    </w:p>
    <w:p>
      <w:pPr>
        <w:pStyle w:val="ListBullet"/>
      </w:pPr>
      <w:r>
        <w:t>Confirma factores por ángulo (vertical, en “u”, enlazada) según la tabla del fabricante.</w:t>
      </w:r>
    </w:p>
    <w:p>
      <w:pPr>
        <w:pStyle w:val="ListBullet"/>
      </w:pPr>
      <w:r>
        <w:t>Inspecciona antes de usar y retira si la etiqueta es ilegible o hay daño visible.</w:t>
      </w:r>
    </w:p>
    <w:p/>
    <w:sectPr w:rsidR="00FC693F" w:rsidRPr="0006063C" w:rsidSect="00034616">
      <w:footerReference w:type="default" r:id="rId10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ACERAX · Av Valle del Don 205, Valle de Aragón 3ra Secc, 55280 Ecatepec de Morelos, Méx. · Teléfono y WhatsApp: 55 8999 9314 · ventas1@acerax.mx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